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63916" w14:textId="18E2A6E1" w:rsidR="004C56BD" w:rsidRPr="00210802" w:rsidRDefault="00000000" w:rsidP="001D6593">
      <w:pPr>
        <w:jc w:val="right"/>
        <w:rPr>
          <w:rFonts w:ascii="Arial" w:hAnsi="Arial" w:cs="Arial"/>
          <w:i/>
          <w:iCs/>
          <w:sz w:val="22"/>
        </w:rPr>
      </w:pPr>
      <w:proofErr w:type="spellStart"/>
      <w:r w:rsidRPr="00210802">
        <w:rPr>
          <w:rFonts w:ascii="Arial" w:hAnsi="Arial" w:cs="Arial"/>
          <w:i/>
          <w:iCs/>
          <w:sz w:val="22"/>
        </w:rPr>
        <w:t>Obrazac</w:t>
      </w:r>
      <w:proofErr w:type="spellEnd"/>
      <w:r w:rsidRPr="00210802">
        <w:rPr>
          <w:rFonts w:ascii="Arial" w:hAnsi="Arial" w:cs="Arial"/>
          <w:i/>
          <w:iCs/>
          <w:sz w:val="22"/>
        </w:rPr>
        <w:t xml:space="preserve"> </w:t>
      </w:r>
      <w:r w:rsidR="00456BF5" w:rsidRPr="00210802">
        <w:rPr>
          <w:rFonts w:ascii="Arial" w:hAnsi="Arial" w:cs="Arial"/>
          <w:i/>
          <w:iCs/>
          <w:sz w:val="22"/>
        </w:rPr>
        <w:t>3</w:t>
      </w:r>
      <w:r w:rsidRPr="00210802">
        <w:rPr>
          <w:rFonts w:ascii="Arial" w:hAnsi="Arial" w:cs="Arial"/>
          <w:i/>
          <w:iCs/>
          <w:sz w:val="22"/>
        </w:rPr>
        <w:t>.</w:t>
      </w:r>
    </w:p>
    <w:p w14:paraId="7EF8B2D1" w14:textId="77777777" w:rsidR="004C56BD" w:rsidRPr="0087359E" w:rsidRDefault="00000000">
      <w:pPr>
        <w:spacing w:after="0"/>
        <w:rPr>
          <w:rFonts w:ascii="Arial" w:hAnsi="Arial" w:cs="Arial"/>
          <w:sz w:val="22"/>
        </w:rPr>
      </w:pPr>
      <w:r w:rsidRPr="0087359E">
        <w:rPr>
          <w:rFonts w:ascii="Arial" w:hAnsi="Arial" w:cs="Arial"/>
          <w:sz w:val="22"/>
        </w:rPr>
        <w:t>________________________________</w:t>
      </w:r>
    </w:p>
    <w:p w14:paraId="25F0F41D" w14:textId="77777777" w:rsidR="004C56BD" w:rsidRPr="0087359E" w:rsidRDefault="00000000">
      <w:pPr>
        <w:spacing w:after="60"/>
        <w:rPr>
          <w:rFonts w:ascii="Arial" w:hAnsi="Arial" w:cs="Arial"/>
          <w:b/>
          <w:bCs/>
          <w:sz w:val="22"/>
        </w:rPr>
      </w:pPr>
      <w:r w:rsidRPr="0087359E">
        <w:rPr>
          <w:rFonts w:ascii="Arial" w:hAnsi="Arial" w:cs="Arial"/>
          <w:b/>
          <w:bCs/>
          <w:sz w:val="22"/>
        </w:rPr>
        <w:t>(Ime i prezime)</w:t>
      </w:r>
    </w:p>
    <w:p w14:paraId="27D1BD80" w14:textId="77777777" w:rsidR="004C56BD" w:rsidRPr="0087359E" w:rsidRDefault="00000000">
      <w:pPr>
        <w:spacing w:after="0"/>
        <w:rPr>
          <w:rFonts w:ascii="Arial" w:hAnsi="Arial" w:cs="Arial"/>
          <w:sz w:val="22"/>
        </w:rPr>
      </w:pPr>
      <w:r w:rsidRPr="0087359E">
        <w:rPr>
          <w:rFonts w:ascii="Arial" w:hAnsi="Arial" w:cs="Arial"/>
          <w:sz w:val="22"/>
        </w:rPr>
        <w:t>________________________________</w:t>
      </w:r>
    </w:p>
    <w:p w14:paraId="345F9D7C" w14:textId="77777777" w:rsidR="004C56BD" w:rsidRPr="0087359E" w:rsidRDefault="00000000">
      <w:pPr>
        <w:spacing w:after="60"/>
        <w:rPr>
          <w:rFonts w:ascii="Arial" w:hAnsi="Arial" w:cs="Arial"/>
          <w:b/>
          <w:bCs/>
          <w:sz w:val="22"/>
        </w:rPr>
      </w:pPr>
      <w:r w:rsidRPr="0087359E">
        <w:rPr>
          <w:rFonts w:ascii="Arial" w:hAnsi="Arial" w:cs="Arial"/>
          <w:b/>
          <w:bCs/>
          <w:sz w:val="22"/>
        </w:rPr>
        <w:t>(OIB)</w:t>
      </w:r>
    </w:p>
    <w:p w14:paraId="53296A8C" w14:textId="77777777" w:rsidR="004C56BD" w:rsidRPr="0087359E" w:rsidRDefault="00000000">
      <w:pPr>
        <w:spacing w:after="0"/>
        <w:rPr>
          <w:rFonts w:ascii="Arial" w:hAnsi="Arial" w:cs="Arial"/>
          <w:sz w:val="22"/>
        </w:rPr>
      </w:pPr>
      <w:r w:rsidRPr="0087359E">
        <w:rPr>
          <w:rFonts w:ascii="Arial" w:hAnsi="Arial" w:cs="Arial"/>
          <w:sz w:val="22"/>
        </w:rPr>
        <w:t>________________________________</w:t>
      </w:r>
    </w:p>
    <w:p w14:paraId="76E96827" w14:textId="77777777" w:rsidR="004C56BD" w:rsidRPr="0087359E" w:rsidRDefault="00000000">
      <w:pPr>
        <w:spacing w:after="60"/>
        <w:rPr>
          <w:rFonts w:ascii="Arial" w:hAnsi="Arial" w:cs="Arial"/>
          <w:b/>
          <w:bCs/>
          <w:sz w:val="22"/>
        </w:rPr>
      </w:pPr>
      <w:r w:rsidRPr="0087359E">
        <w:rPr>
          <w:rFonts w:ascii="Arial" w:hAnsi="Arial" w:cs="Arial"/>
          <w:b/>
          <w:bCs/>
          <w:sz w:val="22"/>
        </w:rPr>
        <w:t>(adresa)</w:t>
      </w:r>
    </w:p>
    <w:p w14:paraId="734DA490" w14:textId="77777777" w:rsidR="004C56BD" w:rsidRPr="0087359E" w:rsidRDefault="00000000">
      <w:pPr>
        <w:spacing w:before="160" w:after="240"/>
        <w:jc w:val="center"/>
        <w:rPr>
          <w:rFonts w:ascii="Arial" w:hAnsi="Arial" w:cs="Arial"/>
          <w:sz w:val="22"/>
        </w:rPr>
      </w:pPr>
      <w:r w:rsidRPr="0087359E">
        <w:rPr>
          <w:rFonts w:ascii="Arial" w:hAnsi="Arial" w:cs="Arial"/>
          <w:b/>
          <w:sz w:val="22"/>
        </w:rPr>
        <w:t>IZJAVA</w:t>
      </w:r>
    </w:p>
    <w:p w14:paraId="04AF2705" w14:textId="669C41C9" w:rsidR="004C56BD" w:rsidRPr="0087359E" w:rsidRDefault="00000000">
      <w:pPr>
        <w:spacing w:line="240" w:lineRule="auto"/>
        <w:jc w:val="both"/>
        <w:rPr>
          <w:rFonts w:ascii="Arial" w:hAnsi="Arial" w:cs="Arial"/>
          <w:sz w:val="22"/>
        </w:rPr>
      </w:pPr>
      <w:r w:rsidRPr="0087359E">
        <w:rPr>
          <w:rFonts w:ascii="Arial" w:hAnsi="Arial" w:cs="Arial"/>
          <w:sz w:val="22"/>
        </w:rPr>
        <w:t xml:space="preserve">Ja, niže potpisani/a, kao ponuditelj na Javnom natječaju Općine Sveta Nedelja za osnivanje prava građenja za rješavanje stambenog pitanja mladih obitelji, KLASA: </w:t>
      </w:r>
      <w:r w:rsidR="00210802" w:rsidRPr="00210802">
        <w:rPr>
          <w:rFonts w:ascii="Arial" w:hAnsi="Arial" w:cs="Arial"/>
          <w:sz w:val="22"/>
        </w:rPr>
        <w:t>371-01/26-01/007</w:t>
      </w:r>
      <w:r w:rsidRPr="0087359E">
        <w:rPr>
          <w:rFonts w:ascii="Arial" w:hAnsi="Arial" w:cs="Arial"/>
          <w:sz w:val="22"/>
        </w:rPr>
        <w:t xml:space="preserve">, URBROJ: </w:t>
      </w:r>
      <w:r w:rsidR="00210802">
        <w:rPr>
          <w:rFonts w:ascii="Arial" w:hAnsi="Arial" w:cs="Arial"/>
          <w:sz w:val="22"/>
        </w:rPr>
        <w:t>2163-32-02-26-02</w:t>
      </w:r>
      <w:r w:rsidRPr="0087359E">
        <w:rPr>
          <w:rFonts w:ascii="Arial" w:hAnsi="Arial" w:cs="Arial"/>
          <w:sz w:val="22"/>
        </w:rPr>
        <w:t xml:space="preserve">, od </w:t>
      </w:r>
      <w:r w:rsidR="0087359E">
        <w:rPr>
          <w:rFonts w:ascii="Arial" w:hAnsi="Arial" w:cs="Arial"/>
          <w:sz w:val="22"/>
        </w:rPr>
        <w:t>1</w:t>
      </w:r>
      <w:r w:rsidR="00210802">
        <w:rPr>
          <w:rFonts w:ascii="Arial" w:hAnsi="Arial" w:cs="Arial"/>
          <w:sz w:val="22"/>
        </w:rPr>
        <w:t>6</w:t>
      </w:r>
      <w:r w:rsidR="0087359E">
        <w:rPr>
          <w:rFonts w:ascii="Arial" w:hAnsi="Arial" w:cs="Arial"/>
          <w:sz w:val="22"/>
        </w:rPr>
        <w:t>.09.</w:t>
      </w:r>
      <w:r w:rsidRPr="0087359E">
        <w:rPr>
          <w:rFonts w:ascii="Arial" w:hAnsi="Arial" w:cs="Arial"/>
          <w:sz w:val="22"/>
        </w:rPr>
        <w:t xml:space="preserve"> 2026. godine, izjavljujem da sam upoznat/a s uvjetima Javnog natječaja te da prihvaćam iznos godišnje naknade za osnivanje prava građenja.</w:t>
      </w:r>
    </w:p>
    <w:p w14:paraId="640C4EFD" w14:textId="36D29A01" w:rsidR="001D6593" w:rsidRPr="0087359E" w:rsidRDefault="00000000">
      <w:pPr>
        <w:jc w:val="both"/>
        <w:rPr>
          <w:rFonts w:ascii="Arial" w:hAnsi="Arial" w:cs="Arial"/>
          <w:sz w:val="22"/>
        </w:rPr>
      </w:pPr>
      <w:r w:rsidRPr="0087359E">
        <w:rPr>
          <w:rFonts w:ascii="Arial" w:hAnsi="Arial" w:cs="Arial"/>
          <w:sz w:val="22"/>
        </w:rPr>
        <w:t>Godišnja naknada za osnivanje prava građenja za nekretninu označenu kao k.č. ____________________, k.o. ____________________, iznosi ____________________ EUR (</w:t>
      </w:r>
      <w:proofErr w:type="spellStart"/>
      <w:r w:rsidRPr="0087359E">
        <w:rPr>
          <w:rFonts w:ascii="Arial" w:hAnsi="Arial" w:cs="Arial"/>
          <w:sz w:val="22"/>
        </w:rPr>
        <w:t>slovima</w:t>
      </w:r>
      <w:proofErr w:type="spellEnd"/>
      <w:r w:rsidRPr="0087359E">
        <w:rPr>
          <w:rFonts w:ascii="Arial" w:hAnsi="Arial" w:cs="Arial"/>
          <w:sz w:val="22"/>
        </w:rPr>
        <w:t xml:space="preserve">: ______________________________________________________________ </w:t>
      </w:r>
      <w:proofErr w:type="spellStart"/>
      <w:r w:rsidRPr="0087359E">
        <w:rPr>
          <w:rFonts w:ascii="Arial" w:hAnsi="Arial" w:cs="Arial"/>
          <w:sz w:val="22"/>
        </w:rPr>
        <w:t>eura</w:t>
      </w:r>
      <w:proofErr w:type="spellEnd"/>
      <w:r w:rsidRPr="0087359E">
        <w:rPr>
          <w:rFonts w:ascii="Arial" w:hAnsi="Arial" w:cs="Arial"/>
          <w:sz w:val="22"/>
        </w:rPr>
        <w:t xml:space="preserve">) </w:t>
      </w:r>
      <w:proofErr w:type="spellStart"/>
      <w:r w:rsidRPr="0087359E">
        <w:rPr>
          <w:rFonts w:ascii="Arial" w:hAnsi="Arial" w:cs="Arial"/>
          <w:sz w:val="22"/>
        </w:rPr>
        <w:t>godišnje</w:t>
      </w:r>
      <w:proofErr w:type="spellEnd"/>
      <w:r w:rsidR="001D6593" w:rsidRPr="0087359E">
        <w:rPr>
          <w:rFonts w:ascii="Arial" w:hAnsi="Arial" w:cs="Arial"/>
          <w:sz w:val="22"/>
        </w:rPr>
        <w:t xml:space="preserve">, </w:t>
      </w:r>
      <w:proofErr w:type="spellStart"/>
      <w:r w:rsidR="001D6593" w:rsidRPr="0087359E">
        <w:rPr>
          <w:rFonts w:ascii="Arial" w:hAnsi="Arial" w:cs="Arial"/>
          <w:sz w:val="22"/>
        </w:rPr>
        <w:t>k.č</w:t>
      </w:r>
      <w:proofErr w:type="spellEnd"/>
      <w:r w:rsidR="001D6593" w:rsidRPr="0087359E">
        <w:rPr>
          <w:rFonts w:ascii="Arial" w:hAnsi="Arial" w:cs="Arial"/>
          <w:sz w:val="22"/>
        </w:rPr>
        <w:t xml:space="preserve">. ____________________, </w:t>
      </w:r>
      <w:proofErr w:type="spellStart"/>
      <w:r w:rsidR="001D6593" w:rsidRPr="0087359E">
        <w:rPr>
          <w:rFonts w:ascii="Arial" w:hAnsi="Arial" w:cs="Arial"/>
          <w:sz w:val="22"/>
        </w:rPr>
        <w:t>k.o.</w:t>
      </w:r>
      <w:proofErr w:type="spellEnd"/>
      <w:r w:rsidR="001D6593" w:rsidRPr="0087359E">
        <w:rPr>
          <w:rFonts w:ascii="Arial" w:hAnsi="Arial" w:cs="Arial"/>
          <w:sz w:val="22"/>
        </w:rPr>
        <w:t xml:space="preserve"> ____________________, </w:t>
      </w:r>
      <w:proofErr w:type="spellStart"/>
      <w:r w:rsidR="001D6593" w:rsidRPr="0087359E">
        <w:rPr>
          <w:rFonts w:ascii="Arial" w:hAnsi="Arial" w:cs="Arial"/>
          <w:sz w:val="22"/>
        </w:rPr>
        <w:t>iznosi</w:t>
      </w:r>
      <w:proofErr w:type="spellEnd"/>
      <w:r w:rsidR="001D6593" w:rsidRPr="0087359E">
        <w:rPr>
          <w:rFonts w:ascii="Arial" w:hAnsi="Arial" w:cs="Arial"/>
          <w:sz w:val="22"/>
        </w:rPr>
        <w:t xml:space="preserve"> ____________________</w:t>
      </w:r>
      <w:proofErr w:type="gramStart"/>
      <w:r w:rsidR="001D6593" w:rsidRPr="0087359E">
        <w:rPr>
          <w:rFonts w:ascii="Arial" w:hAnsi="Arial" w:cs="Arial"/>
          <w:sz w:val="22"/>
        </w:rPr>
        <w:t>EUR(slovima:_</w:t>
      </w:r>
      <w:proofErr w:type="gramEnd"/>
      <w:r w:rsidR="001D6593" w:rsidRPr="0087359E">
        <w:rPr>
          <w:rFonts w:ascii="Arial" w:hAnsi="Arial" w:cs="Arial"/>
          <w:sz w:val="22"/>
        </w:rPr>
        <w:t xml:space="preserve">_____________________________________________________________ </w:t>
      </w:r>
      <w:proofErr w:type="spellStart"/>
      <w:r w:rsidR="001D6593" w:rsidRPr="0087359E">
        <w:rPr>
          <w:rFonts w:ascii="Arial" w:hAnsi="Arial" w:cs="Arial"/>
          <w:sz w:val="22"/>
        </w:rPr>
        <w:t>eura</w:t>
      </w:r>
      <w:proofErr w:type="spellEnd"/>
      <w:r w:rsidR="001D6593" w:rsidRPr="0087359E">
        <w:rPr>
          <w:rFonts w:ascii="Arial" w:hAnsi="Arial" w:cs="Arial"/>
          <w:sz w:val="22"/>
        </w:rPr>
        <w:t xml:space="preserve">) </w:t>
      </w:r>
      <w:proofErr w:type="spellStart"/>
      <w:r w:rsidR="001D6593" w:rsidRPr="0087359E">
        <w:rPr>
          <w:rFonts w:ascii="Arial" w:hAnsi="Arial" w:cs="Arial"/>
          <w:sz w:val="22"/>
        </w:rPr>
        <w:t>godišnje</w:t>
      </w:r>
      <w:proofErr w:type="spellEnd"/>
      <w:r w:rsidR="001D6593" w:rsidRPr="0087359E">
        <w:rPr>
          <w:rFonts w:ascii="Arial" w:hAnsi="Arial" w:cs="Arial"/>
          <w:sz w:val="22"/>
        </w:rPr>
        <w:t xml:space="preserve">. </w:t>
      </w:r>
    </w:p>
    <w:p w14:paraId="67377F9D" w14:textId="77777777" w:rsidR="001D6593" w:rsidRPr="0087359E" w:rsidRDefault="001D6593">
      <w:pPr>
        <w:spacing w:after="440"/>
        <w:jc w:val="both"/>
        <w:rPr>
          <w:rFonts w:ascii="Arial" w:hAnsi="Arial" w:cs="Arial"/>
          <w:i/>
          <w:iCs/>
          <w:color w:val="A6A6A6" w:themeColor="background1" w:themeShade="A6"/>
          <w:sz w:val="22"/>
        </w:rPr>
      </w:pPr>
      <w:r w:rsidRPr="0087359E">
        <w:rPr>
          <w:rFonts w:ascii="Arial" w:hAnsi="Arial" w:cs="Arial"/>
          <w:i/>
          <w:iCs/>
          <w:color w:val="A6A6A6" w:themeColor="background1" w:themeShade="A6"/>
          <w:sz w:val="22"/>
        </w:rPr>
        <w:t>(</w:t>
      </w:r>
      <w:proofErr w:type="spellStart"/>
      <w:r w:rsidRPr="0087359E">
        <w:rPr>
          <w:rFonts w:ascii="Arial" w:hAnsi="Arial" w:cs="Arial"/>
          <w:i/>
          <w:iCs/>
          <w:color w:val="A6A6A6" w:themeColor="background1" w:themeShade="A6"/>
          <w:sz w:val="22"/>
        </w:rPr>
        <w:t>ispuniti</w:t>
      </w:r>
      <w:proofErr w:type="spellEnd"/>
      <w:r w:rsidRPr="0087359E">
        <w:rPr>
          <w:rFonts w:ascii="Arial" w:hAnsi="Arial" w:cs="Arial"/>
          <w:i/>
          <w:iCs/>
          <w:color w:val="A6A6A6" w:themeColor="background1" w:themeShade="A6"/>
          <w:sz w:val="22"/>
        </w:rPr>
        <w:t xml:space="preserve"> </w:t>
      </w:r>
      <w:proofErr w:type="spellStart"/>
      <w:r w:rsidRPr="0087359E">
        <w:rPr>
          <w:rFonts w:ascii="Arial" w:hAnsi="Arial" w:cs="Arial"/>
          <w:i/>
          <w:iCs/>
          <w:color w:val="A6A6A6" w:themeColor="background1" w:themeShade="A6"/>
          <w:sz w:val="22"/>
        </w:rPr>
        <w:t>ovisno</w:t>
      </w:r>
      <w:proofErr w:type="spellEnd"/>
      <w:r w:rsidRPr="0087359E">
        <w:rPr>
          <w:rFonts w:ascii="Arial" w:hAnsi="Arial" w:cs="Arial"/>
          <w:i/>
          <w:iCs/>
          <w:color w:val="A6A6A6" w:themeColor="background1" w:themeShade="A6"/>
          <w:sz w:val="22"/>
        </w:rPr>
        <w:t xml:space="preserve"> o tome </w:t>
      </w:r>
      <w:proofErr w:type="spellStart"/>
      <w:r w:rsidRPr="0087359E">
        <w:rPr>
          <w:rFonts w:ascii="Arial" w:hAnsi="Arial" w:cs="Arial"/>
          <w:i/>
          <w:iCs/>
          <w:color w:val="A6A6A6" w:themeColor="background1" w:themeShade="A6"/>
          <w:sz w:val="22"/>
        </w:rPr>
        <w:t>podnosi</w:t>
      </w:r>
      <w:proofErr w:type="spellEnd"/>
      <w:r w:rsidRPr="0087359E">
        <w:rPr>
          <w:rFonts w:ascii="Arial" w:hAnsi="Arial" w:cs="Arial"/>
          <w:i/>
          <w:iCs/>
          <w:color w:val="A6A6A6" w:themeColor="background1" w:themeShade="A6"/>
          <w:sz w:val="22"/>
        </w:rPr>
        <w:t xml:space="preserve"> li se </w:t>
      </w:r>
      <w:proofErr w:type="spellStart"/>
      <w:r w:rsidRPr="0087359E">
        <w:rPr>
          <w:rFonts w:ascii="Arial" w:hAnsi="Arial" w:cs="Arial"/>
          <w:i/>
          <w:iCs/>
          <w:color w:val="A6A6A6" w:themeColor="background1" w:themeShade="A6"/>
          <w:sz w:val="22"/>
        </w:rPr>
        <w:t>ponuda</w:t>
      </w:r>
      <w:proofErr w:type="spellEnd"/>
      <w:r w:rsidRPr="0087359E">
        <w:rPr>
          <w:rFonts w:ascii="Arial" w:hAnsi="Arial" w:cs="Arial"/>
          <w:i/>
          <w:iCs/>
          <w:color w:val="A6A6A6" w:themeColor="background1" w:themeShade="A6"/>
          <w:sz w:val="22"/>
        </w:rPr>
        <w:t xml:space="preserve"> za </w:t>
      </w:r>
      <w:proofErr w:type="spellStart"/>
      <w:r w:rsidRPr="0087359E">
        <w:rPr>
          <w:rFonts w:ascii="Arial" w:hAnsi="Arial" w:cs="Arial"/>
          <w:i/>
          <w:iCs/>
          <w:color w:val="A6A6A6" w:themeColor="background1" w:themeShade="A6"/>
          <w:sz w:val="22"/>
        </w:rPr>
        <w:t>jednu</w:t>
      </w:r>
      <w:proofErr w:type="spellEnd"/>
      <w:r w:rsidRPr="0087359E">
        <w:rPr>
          <w:rFonts w:ascii="Arial" w:hAnsi="Arial" w:cs="Arial"/>
          <w:i/>
          <w:iCs/>
          <w:color w:val="A6A6A6" w:themeColor="background1" w:themeShade="A6"/>
          <w:sz w:val="22"/>
        </w:rPr>
        <w:t xml:space="preserve"> </w:t>
      </w:r>
      <w:proofErr w:type="spellStart"/>
      <w:r w:rsidRPr="0087359E">
        <w:rPr>
          <w:rFonts w:ascii="Arial" w:hAnsi="Arial" w:cs="Arial"/>
          <w:i/>
          <w:iCs/>
          <w:color w:val="A6A6A6" w:themeColor="background1" w:themeShade="A6"/>
          <w:sz w:val="22"/>
        </w:rPr>
        <w:t>ili</w:t>
      </w:r>
      <w:proofErr w:type="spellEnd"/>
      <w:r w:rsidRPr="0087359E">
        <w:rPr>
          <w:rFonts w:ascii="Arial" w:hAnsi="Arial" w:cs="Arial"/>
          <w:i/>
          <w:iCs/>
          <w:color w:val="A6A6A6" w:themeColor="background1" w:themeShade="A6"/>
          <w:sz w:val="22"/>
        </w:rPr>
        <w:t xml:space="preserve"> </w:t>
      </w:r>
      <w:proofErr w:type="spellStart"/>
      <w:r w:rsidRPr="0087359E">
        <w:rPr>
          <w:rFonts w:ascii="Arial" w:hAnsi="Arial" w:cs="Arial"/>
          <w:i/>
          <w:iCs/>
          <w:color w:val="A6A6A6" w:themeColor="background1" w:themeShade="A6"/>
          <w:sz w:val="22"/>
        </w:rPr>
        <w:t>više</w:t>
      </w:r>
      <w:proofErr w:type="spellEnd"/>
      <w:r w:rsidRPr="0087359E">
        <w:rPr>
          <w:rFonts w:ascii="Arial" w:hAnsi="Arial" w:cs="Arial"/>
          <w:i/>
          <w:iCs/>
          <w:color w:val="A6A6A6" w:themeColor="background1" w:themeShade="A6"/>
          <w:sz w:val="22"/>
        </w:rPr>
        <w:t xml:space="preserve"> </w:t>
      </w:r>
      <w:proofErr w:type="spellStart"/>
      <w:r w:rsidRPr="0087359E">
        <w:rPr>
          <w:rFonts w:ascii="Arial" w:hAnsi="Arial" w:cs="Arial"/>
          <w:i/>
          <w:iCs/>
          <w:color w:val="A6A6A6" w:themeColor="background1" w:themeShade="A6"/>
          <w:sz w:val="22"/>
        </w:rPr>
        <w:t>nekretnina</w:t>
      </w:r>
      <w:proofErr w:type="spellEnd"/>
      <w:r w:rsidRPr="0087359E">
        <w:rPr>
          <w:rFonts w:ascii="Arial" w:hAnsi="Arial" w:cs="Arial"/>
          <w:i/>
          <w:iCs/>
          <w:color w:val="A6A6A6" w:themeColor="background1" w:themeShade="A6"/>
          <w:sz w:val="22"/>
        </w:rPr>
        <w:t>)</w:t>
      </w:r>
    </w:p>
    <w:p w14:paraId="05436A93" w14:textId="493A9373" w:rsidR="004C56BD" w:rsidRPr="0087359E" w:rsidRDefault="00000000">
      <w:pPr>
        <w:spacing w:after="440"/>
        <w:jc w:val="both"/>
        <w:rPr>
          <w:rFonts w:ascii="Arial" w:hAnsi="Arial" w:cs="Arial"/>
          <w:i/>
          <w:iCs/>
          <w:color w:val="A6A6A6" w:themeColor="background1" w:themeShade="A6"/>
          <w:sz w:val="22"/>
        </w:rPr>
      </w:pPr>
      <w:proofErr w:type="spellStart"/>
      <w:r w:rsidRPr="0087359E">
        <w:rPr>
          <w:rFonts w:ascii="Arial" w:hAnsi="Arial" w:cs="Arial"/>
          <w:sz w:val="22"/>
        </w:rPr>
        <w:t>Ovu</w:t>
      </w:r>
      <w:proofErr w:type="spellEnd"/>
      <w:r w:rsidRPr="0087359E">
        <w:rPr>
          <w:rFonts w:ascii="Arial" w:hAnsi="Arial" w:cs="Arial"/>
          <w:sz w:val="22"/>
        </w:rPr>
        <w:t xml:space="preserve"> </w:t>
      </w:r>
      <w:proofErr w:type="spellStart"/>
      <w:r w:rsidRPr="0087359E">
        <w:rPr>
          <w:rFonts w:ascii="Arial" w:hAnsi="Arial" w:cs="Arial"/>
          <w:sz w:val="22"/>
        </w:rPr>
        <w:t>izjavu</w:t>
      </w:r>
      <w:proofErr w:type="spellEnd"/>
      <w:r w:rsidRPr="0087359E">
        <w:rPr>
          <w:rFonts w:ascii="Arial" w:hAnsi="Arial" w:cs="Arial"/>
          <w:sz w:val="22"/>
        </w:rPr>
        <w:t xml:space="preserve"> </w:t>
      </w:r>
      <w:proofErr w:type="spellStart"/>
      <w:r w:rsidRPr="0087359E">
        <w:rPr>
          <w:rFonts w:ascii="Arial" w:hAnsi="Arial" w:cs="Arial"/>
          <w:sz w:val="22"/>
        </w:rPr>
        <w:t>dajem</w:t>
      </w:r>
      <w:proofErr w:type="spellEnd"/>
      <w:r w:rsidRPr="0087359E">
        <w:rPr>
          <w:rFonts w:ascii="Arial" w:hAnsi="Arial" w:cs="Arial"/>
          <w:sz w:val="22"/>
        </w:rPr>
        <w:t xml:space="preserve"> </w:t>
      </w:r>
      <w:proofErr w:type="spellStart"/>
      <w:r w:rsidRPr="0087359E">
        <w:rPr>
          <w:rFonts w:ascii="Arial" w:hAnsi="Arial" w:cs="Arial"/>
          <w:sz w:val="22"/>
        </w:rPr>
        <w:t>kao</w:t>
      </w:r>
      <w:proofErr w:type="spellEnd"/>
      <w:r w:rsidRPr="0087359E">
        <w:rPr>
          <w:rFonts w:ascii="Arial" w:hAnsi="Arial" w:cs="Arial"/>
          <w:sz w:val="22"/>
        </w:rPr>
        <w:t xml:space="preserve"> </w:t>
      </w:r>
      <w:proofErr w:type="spellStart"/>
      <w:r w:rsidRPr="0087359E">
        <w:rPr>
          <w:rFonts w:ascii="Arial" w:hAnsi="Arial" w:cs="Arial"/>
          <w:sz w:val="22"/>
        </w:rPr>
        <w:t>prilog</w:t>
      </w:r>
      <w:proofErr w:type="spellEnd"/>
      <w:r w:rsidRPr="0087359E">
        <w:rPr>
          <w:rFonts w:ascii="Arial" w:hAnsi="Arial" w:cs="Arial"/>
          <w:sz w:val="22"/>
        </w:rPr>
        <w:t xml:space="preserve"> </w:t>
      </w:r>
      <w:proofErr w:type="spellStart"/>
      <w:r w:rsidRPr="0087359E">
        <w:rPr>
          <w:rFonts w:ascii="Arial" w:hAnsi="Arial" w:cs="Arial"/>
          <w:sz w:val="22"/>
        </w:rPr>
        <w:t>dokumentaciji</w:t>
      </w:r>
      <w:proofErr w:type="spellEnd"/>
      <w:r w:rsidRPr="0087359E">
        <w:rPr>
          <w:rFonts w:ascii="Arial" w:hAnsi="Arial" w:cs="Arial"/>
          <w:sz w:val="22"/>
        </w:rPr>
        <w:t xml:space="preserve"> </w:t>
      </w:r>
      <w:proofErr w:type="spellStart"/>
      <w:r w:rsidRPr="0087359E">
        <w:rPr>
          <w:rFonts w:ascii="Arial" w:hAnsi="Arial" w:cs="Arial"/>
          <w:sz w:val="22"/>
        </w:rPr>
        <w:t>uz</w:t>
      </w:r>
      <w:proofErr w:type="spellEnd"/>
      <w:r w:rsidRPr="0087359E">
        <w:rPr>
          <w:rFonts w:ascii="Arial" w:hAnsi="Arial" w:cs="Arial"/>
          <w:sz w:val="22"/>
        </w:rPr>
        <w:t xml:space="preserve"> </w:t>
      </w:r>
      <w:proofErr w:type="spellStart"/>
      <w:r w:rsidRPr="0087359E">
        <w:rPr>
          <w:rFonts w:ascii="Arial" w:hAnsi="Arial" w:cs="Arial"/>
          <w:sz w:val="22"/>
        </w:rPr>
        <w:t>ponudu</w:t>
      </w:r>
      <w:proofErr w:type="spellEnd"/>
      <w:r w:rsidRPr="0087359E">
        <w:rPr>
          <w:rFonts w:ascii="Arial" w:hAnsi="Arial" w:cs="Arial"/>
          <w:sz w:val="22"/>
        </w:rPr>
        <w:t xml:space="preserve"> za osnivanje prava građenja na temelju navedenog Javnog natječaja.</w:t>
      </w:r>
    </w:p>
    <w:p w14:paraId="065C4C04" w14:textId="77777777" w:rsidR="004C56BD" w:rsidRPr="0087359E" w:rsidRDefault="00000000">
      <w:pPr>
        <w:spacing w:after="400"/>
        <w:rPr>
          <w:rFonts w:ascii="Arial" w:hAnsi="Arial" w:cs="Arial"/>
          <w:sz w:val="22"/>
        </w:rPr>
      </w:pPr>
      <w:r w:rsidRPr="0087359E">
        <w:rPr>
          <w:rFonts w:ascii="Arial" w:hAnsi="Arial" w:cs="Arial"/>
          <w:sz w:val="22"/>
        </w:rPr>
        <w:t>U ____________________, dana ______________ 2026. godine</w:t>
      </w:r>
    </w:p>
    <w:p w14:paraId="5C76B0CB" w14:textId="77777777" w:rsidR="0087359E" w:rsidRDefault="0087359E" w:rsidP="0087359E">
      <w:pPr>
        <w:jc w:val="right"/>
        <w:rPr>
          <w:rFonts w:ascii="Arial" w:hAnsi="Arial" w:cs="Arial"/>
          <w:b/>
          <w:bCs/>
          <w:sz w:val="22"/>
        </w:rPr>
      </w:pPr>
      <w:r w:rsidRPr="0087359E">
        <w:rPr>
          <w:rFonts w:ascii="Arial" w:hAnsi="Arial" w:cs="Arial"/>
          <w:b/>
          <w:bCs/>
          <w:sz w:val="22"/>
        </w:rPr>
        <w:t xml:space="preserve">         </w:t>
      </w:r>
    </w:p>
    <w:p w14:paraId="5E8C9AC5" w14:textId="14780C25" w:rsidR="0087359E" w:rsidRPr="0087359E" w:rsidRDefault="0087359E" w:rsidP="0087359E">
      <w:pPr>
        <w:jc w:val="right"/>
        <w:rPr>
          <w:rFonts w:ascii="Arial" w:hAnsi="Arial" w:cs="Arial"/>
          <w:b/>
          <w:bCs/>
          <w:sz w:val="22"/>
        </w:rPr>
      </w:pPr>
      <w:r w:rsidRPr="0087359E">
        <w:rPr>
          <w:rFonts w:ascii="Arial" w:hAnsi="Arial" w:cs="Arial"/>
          <w:b/>
          <w:bCs/>
          <w:sz w:val="22"/>
        </w:rPr>
        <w:t>PONUDITELJ:</w:t>
      </w:r>
    </w:p>
    <w:p w14:paraId="531A4F02" w14:textId="77777777" w:rsidR="0087359E" w:rsidRPr="0087359E" w:rsidRDefault="0087359E" w:rsidP="0087359E">
      <w:pPr>
        <w:jc w:val="right"/>
        <w:rPr>
          <w:rFonts w:ascii="Arial" w:hAnsi="Arial" w:cs="Arial"/>
          <w:b/>
          <w:bCs/>
          <w:sz w:val="22"/>
        </w:rPr>
      </w:pPr>
    </w:p>
    <w:p w14:paraId="3355D898" w14:textId="77777777" w:rsidR="0087359E" w:rsidRPr="0087359E" w:rsidRDefault="0087359E" w:rsidP="0087359E">
      <w:pPr>
        <w:jc w:val="right"/>
        <w:rPr>
          <w:rFonts w:ascii="Arial" w:hAnsi="Arial" w:cs="Arial"/>
          <w:b/>
          <w:bCs/>
          <w:sz w:val="22"/>
        </w:rPr>
      </w:pPr>
      <w:r w:rsidRPr="0087359E">
        <w:rPr>
          <w:rFonts w:ascii="Arial" w:hAnsi="Arial" w:cs="Arial"/>
          <w:b/>
          <w:bCs/>
          <w:sz w:val="22"/>
        </w:rPr>
        <w:t>_______________________</w:t>
      </w:r>
    </w:p>
    <w:p w14:paraId="1DDCFB4A" w14:textId="7F630306" w:rsidR="004C56BD" w:rsidRPr="0087359E" w:rsidRDefault="0087359E" w:rsidP="0087359E">
      <w:pPr>
        <w:jc w:val="right"/>
        <w:rPr>
          <w:rFonts w:ascii="Arial" w:hAnsi="Arial" w:cs="Arial"/>
          <w:b/>
          <w:bCs/>
          <w:sz w:val="22"/>
        </w:rPr>
      </w:pPr>
      <w:r w:rsidRPr="0087359E">
        <w:rPr>
          <w:rFonts w:ascii="Arial" w:hAnsi="Arial" w:cs="Arial"/>
          <w:b/>
          <w:bCs/>
          <w:sz w:val="22"/>
        </w:rPr>
        <w:t>(</w:t>
      </w:r>
      <w:proofErr w:type="spellStart"/>
      <w:r w:rsidRPr="0087359E">
        <w:rPr>
          <w:rFonts w:ascii="Arial" w:hAnsi="Arial" w:cs="Arial"/>
          <w:b/>
          <w:bCs/>
          <w:sz w:val="22"/>
        </w:rPr>
        <w:t>potpis</w:t>
      </w:r>
      <w:proofErr w:type="spellEnd"/>
      <w:r w:rsidRPr="0087359E">
        <w:rPr>
          <w:rFonts w:ascii="Arial" w:hAnsi="Arial" w:cs="Arial"/>
          <w:b/>
          <w:bCs/>
          <w:sz w:val="22"/>
        </w:rPr>
        <w:t xml:space="preserve"> </w:t>
      </w:r>
      <w:proofErr w:type="spellStart"/>
      <w:r w:rsidRPr="0087359E">
        <w:rPr>
          <w:rFonts w:ascii="Arial" w:hAnsi="Arial" w:cs="Arial"/>
          <w:b/>
          <w:bCs/>
          <w:sz w:val="22"/>
        </w:rPr>
        <w:t>ponuditelja</w:t>
      </w:r>
      <w:proofErr w:type="spellEnd"/>
      <w:r w:rsidRPr="0087359E">
        <w:rPr>
          <w:rFonts w:ascii="Arial" w:hAnsi="Arial" w:cs="Arial"/>
          <w:b/>
          <w:bCs/>
          <w:sz w:val="22"/>
        </w:rPr>
        <w:t>)</w:t>
      </w:r>
    </w:p>
    <w:sectPr w:rsidR="004C56BD" w:rsidRPr="0087359E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81700212">
    <w:abstractNumId w:val="8"/>
  </w:num>
  <w:num w:numId="2" w16cid:durableId="92211269">
    <w:abstractNumId w:val="6"/>
  </w:num>
  <w:num w:numId="3" w16cid:durableId="2126919386">
    <w:abstractNumId w:val="5"/>
  </w:num>
  <w:num w:numId="4" w16cid:durableId="624197584">
    <w:abstractNumId w:val="4"/>
  </w:num>
  <w:num w:numId="5" w16cid:durableId="1593121579">
    <w:abstractNumId w:val="7"/>
  </w:num>
  <w:num w:numId="6" w16cid:durableId="790629134">
    <w:abstractNumId w:val="3"/>
  </w:num>
  <w:num w:numId="7" w16cid:durableId="1642687787">
    <w:abstractNumId w:val="2"/>
  </w:num>
  <w:num w:numId="8" w16cid:durableId="1764373145">
    <w:abstractNumId w:val="1"/>
  </w:num>
  <w:num w:numId="9" w16cid:durableId="1888953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6593"/>
    <w:rsid w:val="00210802"/>
    <w:rsid w:val="00243465"/>
    <w:rsid w:val="0029639D"/>
    <w:rsid w:val="00326F90"/>
    <w:rsid w:val="00346C64"/>
    <w:rsid w:val="00456BF5"/>
    <w:rsid w:val="004C56BD"/>
    <w:rsid w:val="005A111B"/>
    <w:rsid w:val="006431BD"/>
    <w:rsid w:val="00823481"/>
    <w:rsid w:val="0087359E"/>
    <w:rsid w:val="008756A5"/>
    <w:rsid w:val="008C7AED"/>
    <w:rsid w:val="00AA1D8D"/>
    <w:rsid w:val="00B47730"/>
    <w:rsid w:val="00CB0664"/>
    <w:rsid w:val="00F45F5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290D55"/>
  <w14:defaultImageDpi w14:val="300"/>
  <w15:docId w15:val="{9DFEF4D0-9DDE-4E43-A275-547919DB5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Iris</cp:lastModifiedBy>
  <cp:revision>6</cp:revision>
  <dcterms:created xsi:type="dcterms:W3CDTF">2026-09-10T13:05:00Z</dcterms:created>
  <dcterms:modified xsi:type="dcterms:W3CDTF">2026-09-15T07:23:00Z</dcterms:modified>
  <cp:category/>
</cp:coreProperties>
</file>