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A320B" w14:textId="017F9B22" w:rsidR="00707CC0" w:rsidRPr="0019207C" w:rsidRDefault="00000000" w:rsidP="006158FE">
      <w:pPr>
        <w:jc w:val="right"/>
        <w:rPr>
          <w:rFonts w:ascii="Arial" w:hAnsi="Arial" w:cs="Arial"/>
          <w:i/>
          <w:iCs/>
        </w:rPr>
      </w:pPr>
      <w:proofErr w:type="spellStart"/>
      <w:r w:rsidRPr="0019207C">
        <w:rPr>
          <w:rFonts w:ascii="Arial" w:hAnsi="Arial" w:cs="Arial"/>
          <w:i/>
          <w:iCs/>
        </w:rPr>
        <w:t>Obrazac</w:t>
      </w:r>
      <w:proofErr w:type="spellEnd"/>
      <w:r w:rsidRPr="0019207C">
        <w:rPr>
          <w:rFonts w:ascii="Arial" w:hAnsi="Arial" w:cs="Arial"/>
          <w:i/>
          <w:iCs/>
        </w:rPr>
        <w:t xml:space="preserve"> </w:t>
      </w:r>
      <w:r w:rsidR="0019207C" w:rsidRPr="0019207C">
        <w:rPr>
          <w:rFonts w:ascii="Arial" w:hAnsi="Arial" w:cs="Arial"/>
          <w:i/>
          <w:iCs/>
        </w:rPr>
        <w:t>11.</w:t>
      </w:r>
    </w:p>
    <w:p w14:paraId="5D9E81D2" w14:textId="77777777" w:rsidR="00707CC0" w:rsidRPr="0019207C" w:rsidRDefault="00000000">
      <w:pPr>
        <w:spacing w:after="0"/>
        <w:rPr>
          <w:rFonts w:ascii="Arial" w:hAnsi="Arial" w:cs="Arial"/>
        </w:rPr>
      </w:pPr>
      <w:r w:rsidRPr="0019207C">
        <w:rPr>
          <w:rFonts w:ascii="Arial" w:hAnsi="Arial" w:cs="Arial"/>
        </w:rPr>
        <w:t>________________________________</w:t>
      </w:r>
    </w:p>
    <w:p w14:paraId="24E74D7A" w14:textId="77777777" w:rsidR="00707CC0" w:rsidRPr="0019207C" w:rsidRDefault="00000000">
      <w:pPr>
        <w:spacing w:after="60"/>
        <w:rPr>
          <w:rFonts w:ascii="Arial" w:hAnsi="Arial" w:cs="Arial"/>
          <w:b/>
          <w:bCs/>
        </w:rPr>
      </w:pPr>
      <w:r w:rsidRPr="0019207C">
        <w:rPr>
          <w:rFonts w:ascii="Arial" w:hAnsi="Arial" w:cs="Arial"/>
          <w:b/>
          <w:bCs/>
        </w:rPr>
        <w:t>(Ime i prezime)</w:t>
      </w:r>
    </w:p>
    <w:p w14:paraId="58940248" w14:textId="77777777" w:rsidR="00707CC0" w:rsidRPr="0019207C" w:rsidRDefault="00000000">
      <w:pPr>
        <w:spacing w:after="0"/>
        <w:rPr>
          <w:rFonts w:ascii="Arial" w:hAnsi="Arial" w:cs="Arial"/>
        </w:rPr>
      </w:pPr>
      <w:r w:rsidRPr="0019207C">
        <w:rPr>
          <w:rFonts w:ascii="Arial" w:hAnsi="Arial" w:cs="Arial"/>
        </w:rPr>
        <w:t>________________________________</w:t>
      </w:r>
    </w:p>
    <w:p w14:paraId="41287081" w14:textId="77777777" w:rsidR="00707CC0" w:rsidRPr="0019207C" w:rsidRDefault="00000000">
      <w:pPr>
        <w:spacing w:after="60"/>
        <w:rPr>
          <w:rFonts w:ascii="Arial" w:hAnsi="Arial" w:cs="Arial"/>
          <w:b/>
          <w:bCs/>
        </w:rPr>
      </w:pPr>
      <w:r w:rsidRPr="0019207C">
        <w:rPr>
          <w:rFonts w:ascii="Arial" w:hAnsi="Arial" w:cs="Arial"/>
          <w:b/>
          <w:bCs/>
        </w:rPr>
        <w:t>(OIB)</w:t>
      </w:r>
    </w:p>
    <w:p w14:paraId="4770D15D" w14:textId="77777777" w:rsidR="00707CC0" w:rsidRPr="0019207C" w:rsidRDefault="00000000">
      <w:pPr>
        <w:spacing w:after="0"/>
        <w:rPr>
          <w:rFonts w:ascii="Arial" w:hAnsi="Arial" w:cs="Arial"/>
        </w:rPr>
      </w:pPr>
      <w:r w:rsidRPr="0019207C">
        <w:rPr>
          <w:rFonts w:ascii="Arial" w:hAnsi="Arial" w:cs="Arial"/>
        </w:rPr>
        <w:t>________________________________</w:t>
      </w:r>
    </w:p>
    <w:p w14:paraId="4E1CC815" w14:textId="77777777" w:rsidR="00707CC0" w:rsidRPr="0019207C" w:rsidRDefault="00000000">
      <w:pPr>
        <w:spacing w:after="60"/>
        <w:rPr>
          <w:rFonts w:ascii="Arial" w:hAnsi="Arial" w:cs="Arial"/>
          <w:b/>
          <w:bCs/>
        </w:rPr>
      </w:pPr>
      <w:r w:rsidRPr="0019207C">
        <w:rPr>
          <w:rFonts w:ascii="Arial" w:hAnsi="Arial" w:cs="Arial"/>
          <w:b/>
          <w:bCs/>
        </w:rPr>
        <w:t>(adresa)</w:t>
      </w:r>
    </w:p>
    <w:p w14:paraId="4134ABAA" w14:textId="77777777" w:rsidR="00707CC0" w:rsidRPr="0019207C" w:rsidRDefault="00000000">
      <w:pPr>
        <w:spacing w:before="160" w:after="240"/>
        <w:jc w:val="center"/>
        <w:rPr>
          <w:rFonts w:ascii="Arial" w:hAnsi="Arial" w:cs="Arial"/>
        </w:rPr>
      </w:pPr>
      <w:r w:rsidRPr="0019207C">
        <w:rPr>
          <w:rFonts w:ascii="Arial" w:hAnsi="Arial" w:cs="Arial"/>
          <w:b/>
        </w:rPr>
        <w:t>IZJAVA</w:t>
      </w:r>
    </w:p>
    <w:p w14:paraId="1CAA7107" w14:textId="01DDF7CC" w:rsidR="00707CC0" w:rsidRPr="0019207C" w:rsidRDefault="00000000">
      <w:pPr>
        <w:jc w:val="both"/>
        <w:rPr>
          <w:rFonts w:ascii="Arial" w:hAnsi="Arial" w:cs="Arial"/>
        </w:rPr>
      </w:pPr>
      <w:r w:rsidRPr="0019207C">
        <w:rPr>
          <w:rFonts w:ascii="Arial" w:hAnsi="Arial" w:cs="Arial"/>
        </w:rPr>
        <w:t xml:space="preserve">Ja, niže potpisani/a, kao ponuditelj na Javnom natječaju Općine Sveta Nedelja za osnivanje prava građenja za rješavanje stambenog pitanja </w:t>
      </w:r>
      <w:proofErr w:type="spellStart"/>
      <w:r w:rsidRPr="0019207C">
        <w:rPr>
          <w:rFonts w:ascii="Arial" w:hAnsi="Arial" w:cs="Arial"/>
        </w:rPr>
        <w:t>mladih</w:t>
      </w:r>
      <w:proofErr w:type="spellEnd"/>
      <w:r w:rsidRPr="0019207C">
        <w:rPr>
          <w:rFonts w:ascii="Arial" w:hAnsi="Arial" w:cs="Arial"/>
        </w:rPr>
        <w:t xml:space="preserve"> </w:t>
      </w:r>
      <w:proofErr w:type="spellStart"/>
      <w:r w:rsidRPr="0019207C">
        <w:rPr>
          <w:rFonts w:ascii="Arial" w:hAnsi="Arial" w:cs="Arial"/>
        </w:rPr>
        <w:t>obitelji</w:t>
      </w:r>
      <w:proofErr w:type="spellEnd"/>
      <w:r w:rsidR="000A5618" w:rsidRPr="000A5618">
        <w:t xml:space="preserve"> </w:t>
      </w:r>
      <w:r w:rsidR="000A5618" w:rsidRPr="000A5618">
        <w:rPr>
          <w:rFonts w:ascii="Arial" w:hAnsi="Arial" w:cs="Arial"/>
        </w:rPr>
        <w:t>KLASA: 371-01/26-01/007,</w:t>
      </w:r>
      <w:r w:rsidR="000A5618">
        <w:rPr>
          <w:rFonts w:ascii="Arial" w:hAnsi="Arial" w:cs="Arial"/>
        </w:rPr>
        <w:t xml:space="preserve"> </w:t>
      </w:r>
      <w:r w:rsidR="000A5618" w:rsidRPr="000A5618">
        <w:rPr>
          <w:rFonts w:ascii="Arial" w:hAnsi="Arial" w:cs="Arial"/>
        </w:rPr>
        <w:t xml:space="preserve">URBROJ: 2163-32-02-26-02 </w:t>
      </w:r>
      <w:proofErr w:type="spellStart"/>
      <w:r w:rsidR="000A5618" w:rsidRPr="000A5618">
        <w:rPr>
          <w:rFonts w:ascii="Arial" w:hAnsi="Arial" w:cs="Arial"/>
        </w:rPr>
        <w:t>od</w:t>
      </w:r>
      <w:proofErr w:type="spellEnd"/>
      <w:r w:rsidR="000A5618" w:rsidRPr="000A5618">
        <w:rPr>
          <w:rFonts w:ascii="Arial" w:hAnsi="Arial" w:cs="Arial"/>
        </w:rPr>
        <w:t xml:space="preserve"> 16. </w:t>
      </w:r>
      <w:proofErr w:type="spellStart"/>
      <w:r w:rsidR="000A5618" w:rsidRPr="000A5618">
        <w:rPr>
          <w:rFonts w:ascii="Arial" w:hAnsi="Arial" w:cs="Arial"/>
        </w:rPr>
        <w:t>rujna</w:t>
      </w:r>
      <w:proofErr w:type="spellEnd"/>
      <w:r w:rsidR="000A5618" w:rsidRPr="000A5618">
        <w:rPr>
          <w:rFonts w:ascii="Arial" w:hAnsi="Arial" w:cs="Arial"/>
        </w:rPr>
        <w:t xml:space="preserve"> 2026. </w:t>
      </w:r>
      <w:proofErr w:type="spellStart"/>
      <w:r w:rsidR="000A5618" w:rsidRPr="000A5618">
        <w:rPr>
          <w:rFonts w:ascii="Arial" w:hAnsi="Arial" w:cs="Arial"/>
        </w:rPr>
        <w:t>godine</w:t>
      </w:r>
      <w:proofErr w:type="spellEnd"/>
      <w:r w:rsidR="000A5618" w:rsidRPr="000A5618">
        <w:rPr>
          <w:rFonts w:ascii="Arial" w:hAnsi="Arial" w:cs="Arial"/>
        </w:rPr>
        <w:t>,</w:t>
      </w:r>
      <w:r w:rsidRPr="0019207C">
        <w:rPr>
          <w:rFonts w:ascii="Arial" w:hAnsi="Arial" w:cs="Arial"/>
        </w:rPr>
        <w:t xml:space="preserve"> pod </w:t>
      </w:r>
      <w:proofErr w:type="spellStart"/>
      <w:r w:rsidRPr="0019207C">
        <w:rPr>
          <w:rFonts w:ascii="Arial" w:hAnsi="Arial" w:cs="Arial"/>
        </w:rPr>
        <w:t>kaznenom</w:t>
      </w:r>
      <w:proofErr w:type="spellEnd"/>
      <w:r w:rsidRPr="0019207C">
        <w:rPr>
          <w:rFonts w:ascii="Arial" w:hAnsi="Arial" w:cs="Arial"/>
        </w:rPr>
        <w:t xml:space="preserve"> i materijalnom odgovornošću izjavljujem da sam kreditno sposoban/na odnosno da raspolažem dostatnom ušteđevinom, redovitim primanjima i/ili drugim odgovarajućim izvorima financiranja koji mi omogućuju da u roku od dvije (2) godine od dana sklapanja ugovora o osnivanju prava građenja izvršim grube građevinske radove na stambenoj građevini, sukladno uvjetima Javnog natječaja i ugovora o osnivanju prava građenja.</w:t>
      </w:r>
    </w:p>
    <w:p w14:paraId="51BECBF8" w14:textId="77777777" w:rsidR="00707CC0" w:rsidRPr="0019207C" w:rsidRDefault="00000000">
      <w:pPr>
        <w:spacing w:after="440"/>
        <w:jc w:val="both"/>
        <w:rPr>
          <w:rFonts w:ascii="Arial" w:hAnsi="Arial" w:cs="Arial"/>
        </w:rPr>
      </w:pPr>
      <w:r w:rsidRPr="0019207C">
        <w:rPr>
          <w:rFonts w:ascii="Arial" w:hAnsi="Arial" w:cs="Arial"/>
        </w:rPr>
        <w:t>Ovu izjavu dajem kao prilog dokumentaciji uz ponudu na navedeni Javni natječaj te sam suglasan/na da se ista koristi u svrhu utvrđivanja ispunjavanja uvjeta natječaja.</w:t>
      </w:r>
    </w:p>
    <w:p w14:paraId="1FA3CC4D" w14:textId="77777777" w:rsidR="00707CC0" w:rsidRPr="0019207C" w:rsidRDefault="00000000">
      <w:pPr>
        <w:spacing w:after="400"/>
        <w:rPr>
          <w:rFonts w:ascii="Arial" w:hAnsi="Arial" w:cs="Arial"/>
        </w:rPr>
      </w:pPr>
      <w:r w:rsidRPr="0019207C">
        <w:rPr>
          <w:rFonts w:ascii="Arial" w:hAnsi="Arial" w:cs="Arial"/>
        </w:rPr>
        <w:t>U ____________________, dana ______________ 2026. godine</w:t>
      </w:r>
    </w:p>
    <w:p w14:paraId="3D3827B5" w14:textId="77777777" w:rsidR="006158FE" w:rsidRPr="0019207C" w:rsidRDefault="006158FE">
      <w:pPr>
        <w:jc w:val="right"/>
        <w:rPr>
          <w:rFonts w:ascii="Arial" w:hAnsi="Arial" w:cs="Arial"/>
        </w:rPr>
      </w:pPr>
    </w:p>
    <w:p w14:paraId="065B4E93" w14:textId="2ABE2E92" w:rsidR="006158FE" w:rsidRPr="0019207C" w:rsidRDefault="006158FE" w:rsidP="006158FE">
      <w:pPr>
        <w:jc w:val="center"/>
        <w:rPr>
          <w:rFonts w:ascii="Arial" w:hAnsi="Arial" w:cs="Arial"/>
          <w:b/>
          <w:bCs/>
        </w:rPr>
      </w:pPr>
      <w:r w:rsidRPr="0019207C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</w:t>
      </w:r>
      <w:proofErr w:type="spellStart"/>
      <w:r w:rsidRPr="0019207C">
        <w:rPr>
          <w:rFonts w:ascii="Arial" w:hAnsi="Arial" w:cs="Arial"/>
          <w:b/>
          <w:bCs/>
        </w:rPr>
        <w:t>Ponuditelj</w:t>
      </w:r>
      <w:proofErr w:type="spellEnd"/>
      <w:r w:rsidRPr="0019207C">
        <w:rPr>
          <w:rFonts w:ascii="Arial" w:hAnsi="Arial" w:cs="Arial"/>
          <w:b/>
          <w:bCs/>
        </w:rPr>
        <w:t xml:space="preserve"> </w:t>
      </w:r>
    </w:p>
    <w:p w14:paraId="69E16C54" w14:textId="2E58239F" w:rsidR="00707CC0" w:rsidRPr="0019207C" w:rsidRDefault="00000000">
      <w:pPr>
        <w:jc w:val="right"/>
        <w:rPr>
          <w:rFonts w:ascii="Arial" w:hAnsi="Arial" w:cs="Arial"/>
        </w:rPr>
      </w:pPr>
      <w:r w:rsidRPr="0019207C">
        <w:rPr>
          <w:rFonts w:ascii="Arial" w:hAnsi="Arial" w:cs="Arial"/>
        </w:rPr>
        <w:t>__________________________</w:t>
      </w:r>
      <w:r w:rsidRPr="0019207C">
        <w:rPr>
          <w:rFonts w:ascii="Arial" w:hAnsi="Arial" w:cs="Arial"/>
        </w:rPr>
        <w:br/>
        <w:t>(</w:t>
      </w:r>
      <w:proofErr w:type="spellStart"/>
      <w:r w:rsidRPr="0019207C">
        <w:rPr>
          <w:rFonts w:ascii="Arial" w:hAnsi="Arial" w:cs="Arial"/>
        </w:rPr>
        <w:t>potpis</w:t>
      </w:r>
      <w:proofErr w:type="spellEnd"/>
      <w:r w:rsidRPr="0019207C">
        <w:rPr>
          <w:rFonts w:ascii="Arial" w:hAnsi="Arial" w:cs="Arial"/>
        </w:rPr>
        <w:t xml:space="preserve"> </w:t>
      </w:r>
      <w:proofErr w:type="spellStart"/>
      <w:r w:rsidRPr="0019207C">
        <w:rPr>
          <w:rFonts w:ascii="Arial" w:hAnsi="Arial" w:cs="Arial"/>
        </w:rPr>
        <w:t>ponuditelja</w:t>
      </w:r>
      <w:proofErr w:type="spellEnd"/>
      <w:r w:rsidRPr="0019207C">
        <w:rPr>
          <w:rFonts w:ascii="Arial" w:hAnsi="Arial" w:cs="Arial"/>
        </w:rPr>
        <w:t>)</w:t>
      </w:r>
    </w:p>
    <w:p w14:paraId="0805C1DD" w14:textId="04AB0243" w:rsidR="00707CC0" w:rsidRPr="0019207C" w:rsidRDefault="00707CC0">
      <w:pPr>
        <w:spacing w:before="360"/>
        <w:rPr>
          <w:rFonts w:ascii="Arial" w:hAnsi="Arial" w:cs="Arial"/>
        </w:rPr>
      </w:pPr>
    </w:p>
    <w:sectPr w:rsidR="00707CC0" w:rsidRPr="0019207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6079392">
    <w:abstractNumId w:val="8"/>
  </w:num>
  <w:num w:numId="2" w16cid:durableId="1627733389">
    <w:abstractNumId w:val="6"/>
  </w:num>
  <w:num w:numId="3" w16cid:durableId="6097868">
    <w:abstractNumId w:val="5"/>
  </w:num>
  <w:num w:numId="4" w16cid:durableId="1844777180">
    <w:abstractNumId w:val="4"/>
  </w:num>
  <w:num w:numId="5" w16cid:durableId="1099570271">
    <w:abstractNumId w:val="7"/>
  </w:num>
  <w:num w:numId="6" w16cid:durableId="343822328">
    <w:abstractNumId w:val="3"/>
  </w:num>
  <w:num w:numId="7" w16cid:durableId="306131383">
    <w:abstractNumId w:val="2"/>
  </w:num>
  <w:num w:numId="8" w16cid:durableId="383406142">
    <w:abstractNumId w:val="1"/>
  </w:num>
  <w:num w:numId="9" w16cid:durableId="919024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5618"/>
    <w:rsid w:val="0015074B"/>
    <w:rsid w:val="0019207C"/>
    <w:rsid w:val="0029639D"/>
    <w:rsid w:val="00326F90"/>
    <w:rsid w:val="005A111B"/>
    <w:rsid w:val="006158FE"/>
    <w:rsid w:val="00707CC0"/>
    <w:rsid w:val="00823481"/>
    <w:rsid w:val="009B65F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FAF935"/>
  <w14:defaultImageDpi w14:val="300"/>
  <w15:docId w15:val="{9DFEF4D0-9DDE-4E43-A275-547919DB5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Iris</cp:lastModifiedBy>
  <cp:revision>3</cp:revision>
  <dcterms:created xsi:type="dcterms:W3CDTF">2026-09-10T13:22:00Z</dcterms:created>
  <dcterms:modified xsi:type="dcterms:W3CDTF">2026-09-15T07:36:00Z</dcterms:modified>
  <cp:category/>
</cp:coreProperties>
</file>